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E6B6B"/>
          <w:sz w:val="40"/>
        </w:rPr>
        <w:t>Seeing People Clearly</w:t>
      </w:r>
    </w:p>
    <w:p>
      <w:pPr>
        <w:jc w:val="center"/>
      </w:pPr>
      <w:r>
        <w:rPr>
          <w:i/>
          <w:color w:val="1F4E4E"/>
          <w:sz w:val="22"/>
        </w:rPr>
        <w:t>Worksheet — companion to "Transference and Countertransference in Recovery"</w:t>
      </w:r>
    </w:p>
    <w:p>
      <w:pPr>
        <w:spacing w:before="240" w:after="80"/>
      </w:pPr>
      <w:r>
        <w:rPr>
          <w:b/>
          <w:color w:val="0E6B6B"/>
          <w:sz w:val="28"/>
        </w:rPr>
        <w:t>Part 1: Notice the Pattern</w:t>
      </w:r>
    </w:p>
    <w:p>
      <w:r>
        <w:rPr>
          <w:b w:val="0"/>
          <w:i/>
          <w:color w:val="1F4E4E"/>
          <w:sz w:val="22"/>
        </w:rPr>
        <w:t>Think of one person in your life right now who stirs up strong feelings in you — positive or negative.</w:t>
      </w:r>
    </w:p>
    <w:p>
      <w:r>
        <w:rPr>
          <w:b/>
          <w:i w:val="0"/>
          <w:color w:val="1F4E4E"/>
          <w:sz w:val="22"/>
        </w:rPr>
        <w:t>1. Who is it, and what do you feel toward them?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r>
        <w:rPr>
          <w:b/>
          <w:i w:val="0"/>
          <w:color w:val="1F4E4E"/>
          <w:sz w:val="22"/>
        </w:rPr>
        <w:t>2. Who from your past do they remind you of? What happened in that older relationship?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r>
        <w:rPr>
          <w:b/>
          <w:i w:val="0"/>
          <w:color w:val="1F4E4E"/>
          <w:sz w:val="22"/>
        </w:rPr>
        <w:t>3. How much of what you feel belongs to the past, and how much belongs to this person as they are today?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before="240" w:after="80"/>
      </w:pPr>
      <w:r>
        <w:rPr>
          <w:b/>
          <w:color w:val="0E6B6B"/>
          <w:sz w:val="28"/>
        </w:rPr>
        <w:t>Part 2: Check Your Reactions</w:t>
      </w:r>
    </w:p>
    <w:p>
      <w:r>
        <w:rPr>
          <w:b/>
          <w:i w:val="0"/>
          <w:color w:val="1F4E4E"/>
          <w:sz w:val="22"/>
        </w:rPr>
        <w:t>4. Do you tend to trust new people too fast, or wall up too fast? Give one example of each if you can.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r>
        <w:rPr>
          <w:b/>
          <w:i w:val="0"/>
          <w:color w:val="1F4E4E"/>
          <w:sz w:val="22"/>
        </w:rPr>
        <w:t>5. Have you ever caught yourself replaying the same conflict with a different person? What was the pattern?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r>
        <w:rPr>
          <w:b/>
          <w:i w:val="0"/>
          <w:color w:val="1F4E4E"/>
          <w:sz w:val="22"/>
        </w:rPr>
        <w:t>6. Is there someone you've already decided about — idealized or written off — before really knowing them?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before="240" w:after="80"/>
      </w:pPr>
      <w:r>
        <w:rPr>
          <w:b/>
          <w:color w:val="0E6B6B"/>
          <w:sz w:val="28"/>
        </w:rPr>
        <w:t>Part 3: Take It to God</w:t>
      </w:r>
    </w:p>
    <w:p>
      <w:r>
        <w:rPr>
          <w:b w:val="0"/>
          <w:i/>
          <w:color w:val="1F4E4E"/>
          <w:sz w:val="22"/>
        </w:rPr>
        <w:t>Read Psalm 139:23-24 slowly. Then write a short, honest prayer asking God to show you one old pattern He's ready to help you break.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before="240" w:after="80"/>
      </w:pPr>
      <w:r>
        <w:rPr>
          <w:b/>
          <w:color w:val="0E6B6B"/>
          <w:sz w:val="28"/>
        </w:rPr>
        <w:t>Part 4: One Step This Week</w:t>
      </w:r>
    </w:p>
    <w:p>
      <w:r>
        <w:rPr>
          <w:b/>
          <w:i w:val="0"/>
          <w:color w:val="1F4E4E"/>
          <w:sz w:val="22"/>
        </w:rPr>
        <w:t>7. Name one relationship where you'll practice seeing the person as they are — not as who they remind you of.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r>
        <w:rPr>
          <w:b/>
          <w:i w:val="0"/>
          <w:color w:val="1F4E4E"/>
          <w:sz w:val="22"/>
        </w:rPr>
        <w:t>8. What's one thing you'll do differently with them this week?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after="40"/>
      </w:pPr>
      <w:r>
        <w:rPr>
          <w:color w:val="2A9D8F"/>
          <w:sz w:val="22"/>
        </w:rPr>
        <w:t>________________________________________________________________________</w:t>
      </w:r>
    </w:p>
    <w:p>
      <w:pPr>
        <w:spacing w:before="280"/>
        <w:jc w:val="center"/>
      </w:pPr>
      <w:r>
        <w:rPr>
          <w:i/>
          <w:color w:val="0E6B6B"/>
          <w:sz w:val="22"/>
        </w:rPr>
        <w:t>"Do not conform to the pattern of this world, but be transformed by the renewing of your mind."</w:t>
        <w:br/>
        <w:t>— Romans 12:2</w:t>
      </w:r>
    </w:p>
    <w:sectPr w:rsidR="00FC693F" w:rsidRPr="0006063C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Georgia" w:hAnsi="Georgia"/>
      <w:color w:val="1F4E4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